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Monthly Website Maintenance Report</w:t>
      </w:r>
    </w:p>
    <w:p>
      <w:r>
        <w:rPr>
          <w:color w:val="555E6B"/>
        </w:rPr>
        <w:t>[Your business name]  ·  Prepared for [Client name]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Website</w:t>
            </w:r>
          </w:p>
        </w:tc>
        <w:tc>
          <w:tcPr>
            <w:tcW w:type="dxa" w:w="4986"/>
          </w:tcPr>
          <w:p>
            <w:r>
              <w:t>[example.com]</w:t>
            </w:r>
          </w:p>
        </w:tc>
      </w:tr>
      <w:tr>
        <w:tc>
          <w:tcPr>
            <w:tcW w:type="dxa" w:w="4986"/>
          </w:tcPr>
          <w:p>
            <w:r>
              <w:t>Month</w:t>
            </w:r>
          </w:p>
        </w:tc>
        <w:tc>
          <w:tcPr>
            <w:tcW w:type="dxa" w:w="4986"/>
          </w:tcPr>
          <w:p>
            <w:r>
              <w:t>[November 2026]</w:t>
            </w:r>
          </w:p>
        </w:tc>
      </w:tr>
      <w:tr>
        <w:tc>
          <w:tcPr>
            <w:tcW w:type="dxa" w:w="4986"/>
          </w:tcPr>
          <w:p>
            <w:r>
              <w:t>Prepared by</w:t>
            </w:r>
          </w:p>
        </w:tc>
        <w:tc>
          <w:tcPr>
            <w:tcW w:type="dxa" w:w="4986"/>
          </w:tcPr>
          <w:p>
            <w:r>
              <w:t>[Your name]</w:t>
            </w:r>
          </w:p>
        </w:tc>
      </w:tr>
      <w:tr>
        <w:tc>
          <w:tcPr>
            <w:tcW w:type="dxa" w:w="4986"/>
          </w:tcPr>
          <w:p>
            <w:r>
              <w:t>Date sent</w:t>
            </w:r>
          </w:p>
        </w:tc>
        <w:tc>
          <w:tcPr>
            <w:tcW w:type="dxa" w:w="4986"/>
          </w:tcPr>
          <w:p>
            <w:r>
              <w:t>[YYYY-MM-DD]</w:t>
            </w:r>
          </w:p>
        </w:tc>
      </w:tr>
    </w:tbl>
    <w:p>
      <w:pPr>
        <w:pStyle w:val="Heading2"/>
      </w:pPr>
      <w:r>
        <w:t>1. Summary</w:t>
      </w:r>
    </w:p>
    <w:p>
      <w:r>
        <w:t>Overall status: [One sentence, e.g. "The website was up all month, updated and backed up; one security setting was fixed and confirmed."]</w:t>
      </w:r>
    </w:p>
    <w:p>
      <w:r>
        <w:t>Action needed from you: [None / describe the decision]</w:t>
      </w:r>
    </w:p>
    <w:p>
      <w:pPr>
        <w:pStyle w:val="Heading2"/>
      </w:pPr>
      <w:r>
        <w:t>2. Updates applied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t>Item</w:t>
            </w:r>
          </w:p>
        </w:tc>
        <w:tc>
          <w:tcPr>
            <w:tcW w:type="dxa" w:w="3324"/>
          </w:tcPr>
          <w:p>
            <w:r>
              <w:t>Version or change</w:t>
            </w:r>
          </w:p>
        </w:tc>
        <w:tc>
          <w:tcPr>
            <w:tcW w:type="dxa" w:w="3324"/>
          </w:tcPr>
          <w:p>
            <w:r>
              <w:t>Date</w:t>
            </w:r>
          </w:p>
        </w:tc>
      </w:tr>
      <w:tr>
        <w:tc>
          <w:tcPr>
            <w:tcW w:type="dxa" w:w="3324"/>
          </w:tcPr>
          <w:p>
            <w:r>
              <w:t>CMS core</w:t>
            </w:r>
          </w:p>
        </w:tc>
        <w:tc>
          <w:tcPr>
            <w:tcW w:type="dxa" w:w="3324"/>
          </w:tcPr>
          <w:p>
            <w:r>
              <w:t>[ ]</w:t>
            </w:r>
          </w:p>
        </w:tc>
        <w:tc>
          <w:tcPr>
            <w:tcW w:type="dxa" w:w="3324"/>
          </w:tcPr>
          <w:p>
            <w:r>
              <w:t>[ ]</w:t>
            </w:r>
          </w:p>
        </w:tc>
      </w:tr>
      <w:tr>
        <w:tc>
          <w:tcPr>
            <w:tcW w:type="dxa" w:w="3324"/>
          </w:tcPr>
          <w:p>
            <w:r>
              <w:t>Plugins or themes</w:t>
            </w:r>
          </w:p>
        </w:tc>
        <w:tc>
          <w:tcPr>
            <w:tcW w:type="dxa" w:w="3324"/>
          </w:tcPr>
          <w:p>
            <w:r>
              <w:t>[ ]</w:t>
            </w:r>
          </w:p>
        </w:tc>
        <w:tc>
          <w:tcPr>
            <w:tcW w:type="dxa" w:w="3324"/>
          </w:tcPr>
          <w:p>
            <w:r>
              <w:t>[ ]</w:t>
            </w:r>
          </w:p>
        </w:tc>
      </w:tr>
      <w:tr>
        <w:tc>
          <w:tcPr>
            <w:tcW w:type="dxa" w:w="3324"/>
          </w:tcPr>
          <w:p>
            <w:r>
              <w:t>Server or hosting</w:t>
            </w:r>
          </w:p>
        </w:tc>
        <w:tc>
          <w:tcPr>
            <w:tcW w:type="dxa" w:w="3324"/>
          </w:tcPr>
          <w:p>
            <w:r>
              <w:t>[ ]</w:t>
            </w:r>
          </w:p>
        </w:tc>
        <w:tc>
          <w:tcPr>
            <w:tcW w:type="dxa" w:w="3324"/>
          </w:tcPr>
          <w:p>
            <w:r>
              <w:t>[ ]</w:t>
            </w:r>
          </w:p>
        </w:tc>
      </w:tr>
    </w:tbl>
    <w:p>
      <w:pPr>
        <w:pStyle w:val="Heading2"/>
      </w:pPr>
      <w:r>
        <w:t>3. Backups</w:t>
      </w:r>
    </w:p>
    <w:p>
      <w:r>
        <w:t>Last successful backup: [YYYY-MM-DD]</w:t>
      </w:r>
    </w:p>
    <w:p>
      <w:r>
        <w:t>Last restore test: [YYYY-MM-DD]  ·  Result: [Restored successfully / issue]</w:t>
      </w:r>
    </w:p>
    <w:p>
      <w:pPr>
        <w:pStyle w:val="Heading2"/>
      </w:pPr>
      <w:r>
        <w:t>4. Availability</w:t>
      </w:r>
    </w:p>
    <w:p>
      <w:r>
        <w:t>Downtime this month: [None known / dates, length and cause]</w:t>
      </w:r>
    </w:p>
    <w:p>
      <w:pPr>
        <w:pStyle w:val="Heading2"/>
      </w:pPr>
      <w:r>
        <w:t>5. Security checks</w:t>
      </w:r>
    </w:p>
    <w:p>
      <w:r>
        <w:t>Check date: [YYYY-MM-DD]  ·  Method: [e.g. passive check of public configuration]</w:t>
      </w:r>
    </w:p>
    <w:p>
      <w:r>
        <w:t>Overall result: [Score or summary]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t>Finding</w:t>
            </w:r>
          </w:p>
        </w:tc>
        <w:tc>
          <w:tcPr>
            <w:tcW w:type="dxa" w:w="2493"/>
          </w:tcPr>
          <w:p>
            <w:r>
              <w:t>Priority</w:t>
            </w:r>
          </w:p>
        </w:tc>
        <w:tc>
          <w:tcPr>
            <w:tcW w:type="dxa" w:w="2493"/>
          </w:tcPr>
          <w:p>
            <w:r>
              <w:t>Status</w:t>
            </w:r>
          </w:p>
        </w:tc>
        <w:tc>
          <w:tcPr>
            <w:tcW w:type="dxa" w:w="2493"/>
          </w:tcPr>
          <w:p>
            <w:r>
              <w:t>Next step</w:t>
            </w:r>
          </w:p>
        </w:tc>
      </w:tr>
      <w:tr>
        <w:tc>
          <w:tcPr>
            <w:tcW w:type="dxa" w:w="2493"/>
          </w:tcPr>
          <w:p>
            <w:r>
              <w:t>[e.g. Missing HSTS header]</w:t>
            </w:r>
          </w:p>
        </w:tc>
        <w:tc>
          <w:tcPr>
            <w:tcW w:type="dxa" w:w="2493"/>
          </w:tcPr>
          <w:p>
            <w:r>
              <w:t>[High]</w:t>
            </w:r>
          </w:p>
        </w:tc>
        <w:tc>
          <w:tcPr>
            <w:tcW w:type="dxa" w:w="2493"/>
          </w:tcPr>
          <w:p>
            <w:r>
              <w:t>[Resolved, confirmed by rescan]</w:t>
            </w:r>
          </w:p>
        </w:tc>
        <w:tc>
          <w:tcPr>
            <w:tcW w:type="dxa" w:w="2493"/>
          </w:tcPr>
          <w:p>
            <w:r>
              <w:t>[None]</w:t>
            </w:r>
          </w:p>
        </w:tc>
      </w:tr>
      <w:tr>
        <w:tc>
          <w:tcPr>
            <w:tcW w:type="dxa" w:w="2493"/>
          </w:tcPr>
          <w:p>
            <w:r>
              <w:t>[ ]</w:t>
            </w:r>
          </w:p>
        </w:tc>
        <w:tc>
          <w:tcPr>
            <w:tcW w:type="dxa" w:w="2493"/>
          </w:tcPr>
          <w:p>
            <w:r>
              <w:t>[ ]</w:t>
            </w:r>
          </w:p>
        </w:tc>
        <w:tc>
          <w:tcPr>
            <w:tcW w:type="dxa" w:w="2493"/>
          </w:tcPr>
          <w:p>
            <w:r>
              <w:t>[Still observed]</w:t>
            </w:r>
          </w:p>
        </w:tc>
        <w:tc>
          <w:tcPr>
            <w:tcW w:type="dxa" w:w="2493"/>
          </w:tcPr>
          <w:p>
            <w:r>
              <w:t>[Planned for MM-DD]</w:t>
            </w:r>
          </w:p>
        </w:tc>
      </w:tr>
    </w:tbl>
    <w:p>
      <w:pPr>
        <w:pStyle w:val="Heading2"/>
      </w:pPr>
      <w:r>
        <w:t>6. Work requested by you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t>Request</w:t>
            </w:r>
          </w:p>
        </w:tc>
        <w:tc>
          <w:tcPr>
            <w:tcW w:type="dxa" w:w="3324"/>
          </w:tcPr>
          <w:p>
            <w:r>
              <w:t>What was done</w:t>
            </w:r>
          </w:p>
        </w:tc>
        <w:tc>
          <w:tcPr>
            <w:tcW w:type="dxa" w:w="3324"/>
          </w:tcPr>
          <w:p>
            <w:r>
              <w:t>Date</w:t>
            </w:r>
          </w:p>
        </w:tc>
      </w:tr>
      <w:tr>
        <w:tc>
          <w:tcPr>
            <w:tcW w:type="dxa" w:w="3324"/>
          </w:tcPr>
          <w:p>
            <w:r>
              <w:t>[ ]</w:t>
            </w:r>
          </w:p>
        </w:tc>
        <w:tc>
          <w:tcPr>
            <w:tcW w:type="dxa" w:w="3324"/>
          </w:tcPr>
          <w:p>
            <w:r>
              <w:t>[ ]</w:t>
            </w:r>
          </w:p>
        </w:tc>
        <w:tc>
          <w:tcPr>
            <w:tcW w:type="dxa" w:w="3324"/>
          </w:tcPr>
          <w:p>
            <w:r>
              <w:t>[ ]</w:t>
            </w:r>
          </w:p>
        </w:tc>
      </w:tr>
    </w:tbl>
    <w:p>
      <w:pPr>
        <w:pStyle w:val="Heading2"/>
      </w:pPr>
      <w:r>
        <w:t>7. Next month</w:t>
      </w:r>
    </w:p>
    <w:p>
      <w:r>
        <w:t>Planned work: [ ]</w:t>
      </w:r>
    </w:p>
    <w:p>
      <w:r>
        <w:t>Decisions needed: [ ]</w:t>
      </w:r>
    </w:p>
    <w:p>
      <w:pPr>
        <w:pStyle w:val="Heading2"/>
      </w:pPr>
      <w:r>
        <w:t>8. Notes and limits</w:t>
      </w:r>
    </w:p>
    <w:p>
      <w:r>
        <w:t>The security checks cover the publicly observable configuration of the website. They are not a penetration test, and a clean result does not prove the website has no vulnerabilities.</w:t>
      </w:r>
    </w:p>
    <w:p>
      <w:r>
        <w:rPr>
          <w:color w:val="555E6B"/>
          <w:sz w:val="18"/>
        </w:rPr>
        <w:t>Status values: Resolved · Partly resolved · Still observed · Unable to verify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Website Maintenance Report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